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i w:val="0"/>
          <w:sz w:val="48"/>
        </w:rPr>
        <w:t>SERIES TITLE</w:t>
      </w:r>
    </w:p>
    <w:p>
      <w:pPr>
        <w:jc w:val="center"/>
      </w:pPr>
      <w:r>
        <w:rPr>
          <w:b w:val="0"/>
          <w:i w:val="0"/>
        </w:rPr>
        <w:t>A ________ series in ____ episodes of ________</w:t>
      </w:r>
    </w:p>
    <w:p>
      <w:pPr>
        <w:jc w:val="center"/>
      </w:pPr>
      <w:r>
        <w:rPr>
          <w:b w:val="0"/>
          <w:i w:val="0"/>
        </w:rPr>
        <w:t>Created by Your Name</w:t>
      </w:r>
    </w:p>
    <w:p>
      <w:pPr>
        <w:jc w:val="center"/>
      </w:pPr>
      <w:r>
        <w:rPr>
          <w:b w:val="0"/>
          <w:i w:val="0"/>
        </w:rPr>
      </w:r>
    </w:p>
    <w:p>
      <w:pPr>
        <w:jc w:val="center"/>
      </w:pPr>
      <w:r>
        <w:rPr>
          <w:b w:val="0"/>
          <w:i w:val="0"/>
          <w:color w:val="71717A"/>
          <w:sz w:val="19"/>
        </w:rPr>
        <w:t>Draft date:</w:t>
      </w:r>
    </w:p>
    <w:p>
      <w:pPr>
        <w:jc w:val="center"/>
      </w:pPr>
      <w:r>
        <w:rPr>
          <w:b w:val="0"/>
          <w:i w:val="0"/>
          <w:color w:val="71717A"/>
          <w:sz w:val="19"/>
        </w:rPr>
        <w:t>Email:</w:t>
      </w:r>
    </w:p>
    <w:p>
      <w:pPr>
        <w:jc w:val="center"/>
      </w:pPr>
      <w:r>
        <w:rPr>
          <w:b w:val="0"/>
          <w:i w:val="0"/>
          <w:color w:val="71717A"/>
          <w:sz w:val="19"/>
        </w:rPr>
        <w:t>Phone:</w:t>
      </w:r>
    </w:p>
    <w:p>
      <w:pPr>
        <w:jc w:val="center"/>
      </w:pPr>
      <w:r>
        <w:rPr>
          <w:b w:val="0"/>
          <w:i w:val="0"/>
          <w:color w:val="71717A"/>
          <w:sz w:val="19"/>
        </w:rPr>
        <w:t>Agent or manager:</w:t>
      </w:r>
    </w:p>
    <w:p>
      <w:r>
        <w:rPr>
          <w:b w:val="0"/>
          <w:i/>
          <w:color w:val="71717A"/>
        </w:rPr>
        <w:t>Optional: one image on the cover that sets the tone, if you have the right to use it.</w:t>
      </w:r>
    </w:p>
    <w:p>
      <w:pPr>
        <w:pStyle w:val="Heading1"/>
        <w:pageBreakBefore/>
      </w:pPr>
      <w:r>
        <w:t>Logline and engine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17"/>
      </w:tblGrid>
      <w:tr>
        <w:trPr>
          <w:trHeight w:val="842" w:hRule="atLeast"/>
          <w:cantSplit/>
        </w:trPr>
        <w:tc>
          <w:tcPr>
            <w:tcW w:type="dxa" w:w="9317"/>
          </w:tcPr>
          <w:p>
            <w:r>
              <w:rPr>
                <w:b/>
              </w:rPr>
              <w:t>Logline</w:t>
            </w:r>
          </w:p>
          <w:p>
            <w:r>
              <w:rPr>
                <w:i w:val="0"/>
                <w:color w:val="71717A"/>
                <w:sz w:val="17"/>
              </w:rPr>
              <w:t>One sentence naming the situation that keeps producing episodes.</w:t>
            </w:r>
          </w:p>
        </w:tc>
      </w:tr>
      <w:tr>
        <w:trPr>
          <w:trHeight w:val="1879" w:hRule="atLeast"/>
          <w:cantSplit/>
        </w:trPr>
        <w:tc>
          <w:tcPr>
            <w:tcW w:type="dxa" w:w="9317"/>
          </w:tcPr>
          <w:p>
            <w:r>
              <w:rPr>
                <w:b/>
              </w:rPr>
              <w:t>Premise</w:t>
            </w:r>
          </w:p>
          <w:p>
            <w:r>
              <w:rPr>
                <w:i w:val="0"/>
                <w:color w:val="71717A"/>
                <w:sz w:val="17"/>
              </w:rPr>
              <w:t>What the show is, in a paragraph.</w:t>
            </w:r>
          </w:p>
        </w:tc>
      </w:tr>
      <w:tr>
        <w:trPr>
          <w:trHeight w:val="2981" w:hRule="atLeast"/>
          <w:cantSplit/>
        </w:trPr>
        <w:tc>
          <w:tcPr>
            <w:tcW w:type="dxa" w:w="9317"/>
          </w:tcPr>
          <w:p>
            <w:r>
              <w:rPr>
                <w:b/>
              </w:rPr>
              <w:t>The engine</w:t>
            </w:r>
          </w:p>
          <w:p>
            <w:r>
              <w:rPr>
                <w:i w:val="0"/>
                <w:color w:val="71717A"/>
                <w:sz w:val="17"/>
              </w:rPr>
              <w:t>How an episode starts, what happens in it, and when it ends.</w:t>
            </w:r>
          </w:p>
        </w:tc>
      </w:tr>
      <w:tr>
        <w:trPr>
          <w:trHeight w:val="1426" w:hRule="atLeast"/>
          <w:cantSplit/>
        </w:trPr>
        <w:tc>
          <w:tcPr>
            <w:tcW w:type="dxa" w:w="9317"/>
          </w:tcPr>
          <w:p>
            <w:r>
              <w:rPr>
                <w:b/>
              </w:rPr>
              <w:t>The longer question</w:t>
            </w:r>
          </w:p>
          <w:p>
            <w:r>
              <w:rPr>
                <w:i w:val="0"/>
                <w:color w:val="71717A"/>
                <w:sz w:val="17"/>
              </w:rPr>
              <w:t>What runs under the episodes across the season.</w:t>
            </w:r>
          </w:p>
        </w:tc>
      </w:tr>
      <w:tr>
        <w:trPr>
          <w:trHeight w:val="972" w:hRule="atLeast"/>
          <w:cantSplit/>
        </w:trPr>
        <w:tc>
          <w:tcPr>
            <w:tcW w:type="dxa" w:w="9317"/>
          </w:tcPr>
          <w:p>
            <w:r>
              <w:rPr>
                <w:b/>
              </w:rPr>
              <w:t>Format</w:t>
            </w:r>
          </w:p>
          <w:p>
            <w:r>
              <w:rPr>
                <w:i w:val="0"/>
                <w:color w:val="71717A"/>
                <w:sz w:val="17"/>
              </w:rPr>
              <w:t>How many episodes, how long each runs, and whether the stories close each week or run on.</w:t>
            </w:r>
          </w:p>
        </w:tc>
      </w:tr>
    </w:tbl>
    <w:p>
      <w:pPr>
        <w:spacing w:after="0" w:line="120" w:lineRule="exact"/>
      </w:pPr>
    </w:p>
    <w:p>
      <w:pPr>
        <w:pStyle w:val="Heading1"/>
        <w:pageBreakBefore/>
      </w:pPr>
      <w:r>
        <w:t>World and tone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17"/>
      </w:tblGrid>
      <w:tr>
        <w:trPr>
          <w:trHeight w:val="1879" w:hRule="atLeast"/>
          <w:cantSplit/>
        </w:trPr>
        <w:tc>
          <w:tcPr>
            <w:tcW w:type="dxa" w:w="9317"/>
          </w:tcPr>
          <w:p>
            <w:r>
              <w:rPr>
                <w:b/>
              </w:rPr>
              <w:t>Where and when</w:t>
            </w:r>
          </w:p>
        </w:tc>
      </w:tr>
      <w:tr>
        <w:trPr>
          <w:trHeight w:val="1879" w:hRule="atLeast"/>
          <w:cantSplit/>
        </w:trPr>
        <w:tc>
          <w:tcPr>
            <w:tcW w:type="dxa" w:w="9317"/>
          </w:tcPr>
          <w:p>
            <w:r>
              <w:rPr>
                <w:b/>
              </w:rPr>
              <w:t>The pressure</w:t>
            </w:r>
          </w:p>
          <w:p>
            <w:r>
              <w:rPr>
                <w:i w:val="0"/>
                <w:color w:val="71717A"/>
                <w:sz w:val="17"/>
              </w:rPr>
              <w:t>What the place does to the people in it.</w:t>
            </w:r>
          </w:p>
        </w:tc>
      </w:tr>
      <w:tr>
        <w:trPr>
          <w:trHeight w:val="1879" w:hRule="atLeast"/>
          <w:cantSplit/>
        </w:trPr>
        <w:tc>
          <w:tcPr>
            <w:tcW w:type="dxa" w:w="9317"/>
          </w:tcPr>
          <w:p>
            <w:r>
              <w:rPr>
                <w:b/>
              </w:rPr>
              <w:t>The world's rules</w:t>
            </w:r>
          </w:p>
          <w:p>
            <w:r>
              <w:rPr>
                <w:i w:val="0"/>
                <w:color w:val="71717A"/>
                <w:sz w:val="17"/>
              </w:rPr>
              <w:t>What can and can't happen here.</w:t>
            </w:r>
          </w:p>
        </w:tc>
      </w:tr>
      <w:tr>
        <w:trPr>
          <w:trHeight w:val="3110" w:hRule="atLeast"/>
          <w:cantSplit/>
        </w:trPr>
        <w:tc>
          <w:tcPr>
            <w:tcW w:type="dxa" w:w="9317"/>
          </w:tcPr>
          <w:p>
            <w:r>
              <w:rPr>
                <w:b/>
              </w:rPr>
              <w:t>Tone</w:t>
            </w:r>
          </w:p>
          <w:p>
            <w:r>
              <w:rPr>
                <w:i w:val="0"/>
                <w:color w:val="71717A"/>
                <w:sz w:val="17"/>
              </w:rPr>
              <w:t>Write this one in the show's voice. Show the tone rather than naming it.</w:t>
            </w:r>
          </w:p>
        </w:tc>
      </w:tr>
    </w:tbl>
    <w:p>
      <w:pPr>
        <w:spacing w:after="0" w:line="120" w:lineRule="exact"/>
      </w:pPr>
    </w:p>
    <w:p>
      <w:pPr>
        <w:pStyle w:val="Heading1"/>
        <w:pageBreakBefore/>
      </w:pPr>
      <w:r>
        <w:t>Characters</w:t>
      </w:r>
    </w:p>
    <w:p>
      <w:r>
        <w:rPr>
          <w:b w:val="0"/>
          <w:i/>
          <w:color w:val="71717A"/>
        </w:rPr>
        <w:t>A paragraph or two for each lead, a few lines for the people around them.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17"/>
      </w:tblGrid>
      <w:tr>
        <w:trPr>
          <w:trHeight w:val="432" w:hRule="atLeast"/>
          <w:cantSplit/>
        </w:trPr>
        <w:tc>
          <w:tcPr>
            <w:tcW w:type="dxa" w:w="9317"/>
          </w:tcPr>
          <w:p>
            <w:r>
              <w:rPr>
                <w:b/>
              </w:rPr>
              <w:t>Name, age, role</w:t>
            </w:r>
          </w:p>
        </w:tc>
      </w:tr>
      <w:tr>
        <w:trPr>
          <w:trHeight w:val="792" w:hRule="atLeast"/>
          <w:cantSplit/>
        </w:trPr>
        <w:tc>
          <w:tcPr>
            <w:tcW w:type="dxa" w:w="9317"/>
          </w:tcPr>
          <w:p>
            <w:r>
              <w:rPr>
                <w:b/>
              </w:rPr>
              <w:t>What they want</w:t>
            </w:r>
          </w:p>
        </w:tc>
      </w:tr>
      <w:tr>
        <w:trPr>
          <w:trHeight w:val="792" w:hRule="atLeast"/>
          <w:cantSplit/>
        </w:trPr>
        <w:tc>
          <w:tcPr>
            <w:tcW w:type="dxa" w:w="9317"/>
          </w:tcPr>
          <w:p>
            <w:r>
              <w:rPr>
                <w:b/>
              </w:rPr>
              <w:t>What they hide, or get wrong</w:t>
            </w:r>
          </w:p>
        </w:tc>
      </w:tr>
      <w:tr>
        <w:trPr>
          <w:trHeight w:val="792" w:hRule="atLeast"/>
          <w:cantSplit/>
        </w:trPr>
        <w:tc>
          <w:tcPr>
            <w:tcW w:type="dxa" w:w="9317"/>
          </w:tcPr>
          <w:p>
            <w:r>
              <w:rPr>
                <w:b/>
              </w:rPr>
              <w:t>Where they could be in two seasons</w:t>
            </w:r>
          </w:p>
        </w:tc>
      </w:tr>
    </w:tbl>
    <w:p>
      <w:pPr>
        <w:spacing w:after="0" w:line="120" w:lineRule="exac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17"/>
      </w:tblGrid>
      <w:tr>
        <w:trPr>
          <w:trHeight w:val="432" w:hRule="atLeast"/>
          <w:cantSplit/>
        </w:trPr>
        <w:tc>
          <w:tcPr>
            <w:tcW w:type="dxa" w:w="9317"/>
          </w:tcPr>
          <w:p>
            <w:r>
              <w:rPr>
                <w:b/>
              </w:rPr>
              <w:t>Name, age, role</w:t>
            </w:r>
          </w:p>
        </w:tc>
      </w:tr>
      <w:tr>
        <w:trPr>
          <w:trHeight w:val="792" w:hRule="atLeast"/>
          <w:cantSplit/>
        </w:trPr>
        <w:tc>
          <w:tcPr>
            <w:tcW w:type="dxa" w:w="9317"/>
          </w:tcPr>
          <w:p>
            <w:r>
              <w:rPr>
                <w:b/>
              </w:rPr>
              <w:t>What they want</w:t>
            </w:r>
          </w:p>
        </w:tc>
      </w:tr>
      <w:tr>
        <w:trPr>
          <w:trHeight w:val="792" w:hRule="atLeast"/>
          <w:cantSplit/>
        </w:trPr>
        <w:tc>
          <w:tcPr>
            <w:tcW w:type="dxa" w:w="9317"/>
          </w:tcPr>
          <w:p>
            <w:r>
              <w:rPr>
                <w:b/>
              </w:rPr>
              <w:t>What they hide, or get wrong</w:t>
            </w:r>
          </w:p>
        </w:tc>
      </w:tr>
      <w:tr>
        <w:trPr>
          <w:trHeight w:val="792" w:hRule="atLeast"/>
          <w:cantSplit/>
        </w:trPr>
        <w:tc>
          <w:tcPr>
            <w:tcW w:type="dxa" w:w="9317"/>
          </w:tcPr>
          <w:p>
            <w:r>
              <w:rPr>
                <w:b/>
              </w:rPr>
              <w:t>Where they could be in two seasons</w:t>
            </w:r>
          </w:p>
        </w:tc>
      </w:tr>
    </w:tbl>
    <w:p>
      <w:pPr>
        <w:spacing w:after="0" w:line="120" w:lineRule="exac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17"/>
      </w:tblGrid>
      <w:tr>
        <w:trPr>
          <w:trHeight w:val="432" w:hRule="atLeast"/>
          <w:cantSplit/>
        </w:trPr>
        <w:tc>
          <w:tcPr>
            <w:tcW w:type="dxa" w:w="9317"/>
          </w:tcPr>
          <w:p>
            <w:r>
              <w:rPr>
                <w:b/>
              </w:rPr>
              <w:t>Name, age, role</w:t>
            </w:r>
          </w:p>
        </w:tc>
      </w:tr>
      <w:tr>
        <w:trPr>
          <w:trHeight w:val="792" w:hRule="atLeast"/>
          <w:cantSplit/>
        </w:trPr>
        <w:tc>
          <w:tcPr>
            <w:tcW w:type="dxa" w:w="9317"/>
          </w:tcPr>
          <w:p>
            <w:r>
              <w:rPr>
                <w:b/>
              </w:rPr>
              <w:t>What they want</w:t>
            </w:r>
          </w:p>
        </w:tc>
      </w:tr>
      <w:tr>
        <w:trPr>
          <w:trHeight w:val="792" w:hRule="atLeast"/>
          <w:cantSplit/>
        </w:trPr>
        <w:tc>
          <w:tcPr>
            <w:tcW w:type="dxa" w:w="9317"/>
          </w:tcPr>
          <w:p>
            <w:r>
              <w:rPr>
                <w:b/>
              </w:rPr>
              <w:t>What they hide, or get wrong</w:t>
            </w:r>
          </w:p>
        </w:tc>
      </w:tr>
      <w:tr>
        <w:trPr>
          <w:trHeight w:val="792" w:hRule="atLeast"/>
          <w:cantSplit/>
        </w:trPr>
        <w:tc>
          <w:tcPr>
            <w:tcW w:type="dxa" w:w="9317"/>
          </w:tcPr>
          <w:p>
            <w:r>
              <w:rPr>
                <w:b/>
              </w:rPr>
              <w:t>Where they could be in two seasons</w:t>
            </w:r>
          </w:p>
        </w:tc>
      </w:tr>
    </w:tbl>
    <w:p>
      <w:pPr>
        <w:spacing w:after="0" w:line="120" w:lineRule="exact"/>
      </w:pPr>
    </w:p>
    <w:p>
      <w:pPr>
        <w:pStyle w:val="Heading2"/>
      </w:pPr>
      <w:r>
        <w:t>The people around them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95"/>
        <w:gridCol w:w="6522"/>
      </w:tblGrid>
      <w:tr>
        <w:tc>
          <w:tcPr>
            <w:tcW w:type="dxa" w:w="2795"/>
            <w:shd w:val="clear" w:color="auto" w:fill="F4F4F3"/>
          </w:tcPr>
          <w:p>
            <w:r>
              <w:rPr>
                <w:b/>
              </w:rPr>
              <w:t>Name and role</w:t>
            </w:r>
          </w:p>
        </w:tc>
        <w:tc>
          <w:tcPr>
            <w:tcW w:type="dxa" w:w="6522"/>
            <w:shd w:val="clear" w:color="auto" w:fill="F4F4F3"/>
          </w:tcPr>
          <w:p>
            <w:r>
              <w:rPr>
                <w:b/>
              </w:rPr>
              <w:t>A few lines</w:t>
            </w:r>
          </w:p>
        </w:tc>
      </w:tr>
      <w:tr>
        <w:trPr>
          <w:trHeight w:val="605" w:hRule="atLeast"/>
        </w:trPr>
        <w:tc>
          <w:tcPr>
            <w:tcW w:type="dxa" w:w="2795"/>
          </w:tcPr>
          <w:p>
            <w:r/>
            <w:r>
              <w:rPr>
                <w:b/>
              </w:rPr>
            </w:r>
          </w:p>
        </w:tc>
        <w:tc>
          <w:tcPr>
            <w:tcW w:type="dxa" w:w="6522"/>
          </w:tcPr>
          <w:p>
            <w:r/>
            <w:r/>
          </w:p>
        </w:tc>
      </w:tr>
      <w:tr>
        <w:trPr>
          <w:trHeight w:val="605" w:hRule="atLeast"/>
        </w:trPr>
        <w:tc>
          <w:tcPr>
            <w:tcW w:type="dxa" w:w="2795"/>
          </w:tcPr>
          <w:p>
            <w:r/>
            <w:r>
              <w:rPr>
                <w:b/>
              </w:rPr>
            </w:r>
          </w:p>
        </w:tc>
        <w:tc>
          <w:tcPr>
            <w:tcW w:type="dxa" w:w="6522"/>
          </w:tcPr>
          <w:p>
            <w:r/>
            <w:r/>
          </w:p>
        </w:tc>
      </w:tr>
      <w:tr>
        <w:trPr>
          <w:trHeight w:val="605" w:hRule="atLeast"/>
        </w:trPr>
        <w:tc>
          <w:tcPr>
            <w:tcW w:type="dxa" w:w="2795"/>
          </w:tcPr>
          <w:p>
            <w:r/>
            <w:r>
              <w:rPr>
                <w:b/>
              </w:rPr>
            </w:r>
          </w:p>
        </w:tc>
        <w:tc>
          <w:tcPr>
            <w:tcW w:type="dxa" w:w="6522"/>
          </w:tcPr>
          <w:p>
            <w:r/>
            <w:r/>
          </w:p>
        </w:tc>
      </w:tr>
      <w:tr>
        <w:trPr>
          <w:trHeight w:val="605" w:hRule="atLeast"/>
        </w:trPr>
        <w:tc>
          <w:tcPr>
            <w:tcW w:type="dxa" w:w="2795"/>
          </w:tcPr>
          <w:p>
            <w:r/>
            <w:r>
              <w:rPr>
                <w:b/>
              </w:rPr>
            </w:r>
          </w:p>
        </w:tc>
        <w:tc>
          <w:tcPr>
            <w:tcW w:type="dxa" w:w="6522"/>
          </w:tcPr>
          <w:p>
            <w:r/>
            <w:r/>
          </w:p>
        </w:tc>
      </w:tr>
    </w:tbl>
    <w:p>
      <w:pPr>
        <w:spacing w:after="0" w:line="120" w:lineRule="exact"/>
      </w:pPr>
    </w:p>
    <w:p>
      <w:pPr>
        <w:pStyle w:val="Heading1"/>
        <w:pageBreakBefore/>
      </w:pPr>
      <w:r>
        <w:t>The pilot</w:t>
      </w:r>
    </w:p>
    <w:p>
      <w:r>
        <w:rPr>
          <w:b/>
          <w:i w:val="0"/>
        </w:rPr>
        <w:t>Episode title: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17"/>
      </w:tblGrid>
      <w:tr>
        <w:trPr>
          <w:trHeight w:val="6624" w:hRule="atLeast"/>
          <w:cantSplit/>
        </w:trPr>
        <w:tc>
          <w:tcPr>
            <w:tcW w:type="dxa" w:w="9317"/>
          </w:tcPr>
          <w:p>
            <w:r>
              <w:rPr>
                <w:b/>
              </w:rPr>
              <w:t>The episode</w:t>
            </w:r>
          </w:p>
          <w:p>
            <w:r>
              <w:rPr>
                <w:i w:val="0"/>
                <w:color w:val="71717A"/>
                <w:sz w:val="17"/>
              </w:rPr>
              <w:t>A paragraph or a page, ending included.</w:t>
            </w:r>
          </w:p>
        </w:tc>
      </w:tr>
      <w:tr>
        <w:trPr>
          <w:trHeight w:val="1440" w:hRule="atLeast"/>
          <w:cantSplit/>
        </w:trPr>
        <w:tc>
          <w:tcPr>
            <w:tcW w:type="dxa" w:w="9317"/>
          </w:tcPr>
          <w:p>
            <w:r>
              <w:rPr>
                <w:b/>
              </w:rPr>
              <w:t>What the pilot sets up that the series keeps using</w:t>
            </w:r>
          </w:p>
        </w:tc>
      </w:tr>
    </w:tbl>
    <w:p>
      <w:pPr>
        <w:spacing w:after="0" w:line="120" w:lineRule="exact"/>
      </w:pPr>
    </w:p>
    <w:p>
      <w:pPr>
        <w:pStyle w:val="Heading1"/>
        <w:pageBreakBefore/>
      </w:pPr>
      <w:r>
        <w:t>Season one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17"/>
      </w:tblGrid>
      <w:tr>
        <w:trPr>
          <w:trHeight w:val="864" w:hRule="atLeast"/>
          <w:cantSplit/>
        </w:trPr>
        <w:tc>
          <w:tcPr>
            <w:tcW w:type="dxa" w:w="9317"/>
          </w:tcPr>
          <w:p>
            <w:r>
              <w:rPr>
                <w:b/>
              </w:rPr>
              <w:t>The season's question</w:t>
            </w:r>
          </w:p>
        </w:tc>
      </w:tr>
    </w:tbl>
    <w:p>
      <w:pPr>
        <w:spacing w:after="0" w:line="120" w:lineRule="exac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18"/>
        <w:gridCol w:w="4099"/>
        <w:gridCol w:w="4099"/>
      </w:tblGrid>
      <w:tr>
        <w:tc>
          <w:tcPr>
            <w:tcW w:type="dxa" w:w="1118"/>
            <w:shd w:val="clear" w:color="auto" w:fill="F4F4F3"/>
          </w:tcPr>
          <w:p>
            <w:r>
              <w:rPr>
                <w:b/>
              </w:rPr>
              <w:t>Episode</w:t>
            </w:r>
          </w:p>
        </w:tc>
        <w:tc>
          <w:tcPr>
            <w:tcW w:type="dxa" w:w="4099"/>
            <w:shd w:val="clear" w:color="auto" w:fill="F4F4F3"/>
          </w:tcPr>
          <w:p>
            <w:r>
              <w:rPr>
                <w:b/>
              </w:rPr>
              <w:t>Its own story</w:t>
            </w:r>
          </w:p>
        </w:tc>
        <w:tc>
          <w:tcPr>
            <w:tcW w:type="dxa" w:w="4099"/>
            <w:shd w:val="clear" w:color="auto" w:fill="F4F4F3"/>
          </w:tcPr>
          <w:p>
            <w:r>
              <w:rPr>
                <w:b/>
              </w:rPr>
              <w:t>The step it takes in the season</w:t>
            </w:r>
          </w:p>
        </w:tc>
      </w:tr>
      <w:tr>
        <w:trPr>
          <w:trHeight w:val="1008" w:hRule="atLeast"/>
        </w:trPr>
        <w:tc>
          <w:tcPr>
            <w:tcW w:type="dxa" w:w="1118"/>
          </w:tcPr>
          <w:p>
            <w:r/>
            <w:r>
              <w:rPr>
                <w:b/>
              </w:rPr>
              <w:t>1</w:t>
            </w:r>
          </w:p>
        </w:tc>
        <w:tc>
          <w:tcPr>
            <w:tcW w:type="dxa" w:w="4099"/>
          </w:tcPr>
          <w:p>
            <w:r/>
            <w:r/>
          </w:p>
        </w:tc>
        <w:tc>
          <w:tcPr>
            <w:tcW w:type="dxa" w:w="4099"/>
          </w:tcPr>
          <w:p>
            <w:r/>
            <w:r/>
          </w:p>
        </w:tc>
      </w:tr>
      <w:tr>
        <w:trPr>
          <w:trHeight w:val="1008" w:hRule="atLeast"/>
        </w:trPr>
        <w:tc>
          <w:tcPr>
            <w:tcW w:type="dxa" w:w="1118"/>
          </w:tcPr>
          <w:p>
            <w:r/>
            <w:r>
              <w:rPr>
                <w:b/>
              </w:rPr>
              <w:t>2</w:t>
            </w:r>
          </w:p>
        </w:tc>
        <w:tc>
          <w:tcPr>
            <w:tcW w:type="dxa" w:w="4099"/>
          </w:tcPr>
          <w:p>
            <w:r/>
            <w:r/>
          </w:p>
        </w:tc>
        <w:tc>
          <w:tcPr>
            <w:tcW w:type="dxa" w:w="4099"/>
          </w:tcPr>
          <w:p>
            <w:r/>
            <w:r/>
          </w:p>
        </w:tc>
      </w:tr>
      <w:tr>
        <w:trPr>
          <w:trHeight w:val="1008" w:hRule="atLeast"/>
        </w:trPr>
        <w:tc>
          <w:tcPr>
            <w:tcW w:type="dxa" w:w="1118"/>
          </w:tcPr>
          <w:p>
            <w:r/>
            <w:r>
              <w:rPr>
                <w:b/>
              </w:rPr>
              <w:t>3</w:t>
            </w:r>
          </w:p>
        </w:tc>
        <w:tc>
          <w:tcPr>
            <w:tcW w:type="dxa" w:w="4099"/>
          </w:tcPr>
          <w:p>
            <w:r/>
            <w:r/>
          </w:p>
        </w:tc>
        <w:tc>
          <w:tcPr>
            <w:tcW w:type="dxa" w:w="4099"/>
          </w:tcPr>
          <w:p>
            <w:r/>
            <w:r/>
          </w:p>
        </w:tc>
      </w:tr>
      <w:tr>
        <w:trPr>
          <w:trHeight w:val="1008" w:hRule="atLeast"/>
        </w:trPr>
        <w:tc>
          <w:tcPr>
            <w:tcW w:type="dxa" w:w="1118"/>
          </w:tcPr>
          <w:p>
            <w:r/>
            <w:r>
              <w:rPr>
                <w:b/>
              </w:rPr>
              <w:t>4</w:t>
            </w:r>
          </w:p>
        </w:tc>
        <w:tc>
          <w:tcPr>
            <w:tcW w:type="dxa" w:w="4099"/>
          </w:tcPr>
          <w:p>
            <w:r/>
            <w:r/>
          </w:p>
        </w:tc>
        <w:tc>
          <w:tcPr>
            <w:tcW w:type="dxa" w:w="4099"/>
          </w:tcPr>
          <w:p>
            <w:r/>
            <w:r/>
          </w:p>
        </w:tc>
      </w:tr>
      <w:tr>
        <w:trPr>
          <w:trHeight w:val="1008" w:hRule="atLeast"/>
        </w:trPr>
        <w:tc>
          <w:tcPr>
            <w:tcW w:type="dxa" w:w="1118"/>
          </w:tcPr>
          <w:p>
            <w:r/>
            <w:r>
              <w:rPr>
                <w:b/>
              </w:rPr>
              <w:t>5</w:t>
            </w:r>
          </w:p>
        </w:tc>
        <w:tc>
          <w:tcPr>
            <w:tcW w:type="dxa" w:w="4099"/>
          </w:tcPr>
          <w:p>
            <w:r/>
            <w:r/>
          </w:p>
        </w:tc>
        <w:tc>
          <w:tcPr>
            <w:tcW w:type="dxa" w:w="4099"/>
          </w:tcPr>
          <w:p>
            <w:r/>
            <w:r/>
          </w:p>
        </w:tc>
      </w:tr>
      <w:tr>
        <w:trPr>
          <w:trHeight w:val="1008" w:hRule="atLeast"/>
        </w:trPr>
        <w:tc>
          <w:tcPr>
            <w:tcW w:type="dxa" w:w="1118"/>
          </w:tcPr>
          <w:p>
            <w:r/>
            <w:r>
              <w:rPr>
                <w:b/>
              </w:rPr>
              <w:t>6</w:t>
            </w:r>
          </w:p>
        </w:tc>
        <w:tc>
          <w:tcPr>
            <w:tcW w:type="dxa" w:w="4099"/>
          </w:tcPr>
          <w:p>
            <w:r/>
            <w:r/>
          </w:p>
        </w:tc>
        <w:tc>
          <w:tcPr>
            <w:tcW w:type="dxa" w:w="4099"/>
          </w:tcPr>
          <w:p>
            <w:r/>
            <w:r/>
          </w:p>
        </w:tc>
      </w:tr>
    </w:tbl>
    <w:p>
      <w:pPr>
        <w:spacing w:after="0" w:line="120" w:lineRule="exact"/>
      </w:pPr>
    </w:p>
    <w:p>
      <w:r>
        <w:rPr>
          <w:b w:val="0"/>
          <w:i/>
          <w:color w:val="71717A"/>
        </w:rPr>
        <w:t>Add rows for a longer season.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17"/>
      </w:tblGrid>
      <w:tr>
        <w:trPr>
          <w:trHeight w:val="1152" w:hRule="atLeast"/>
          <w:cantSplit/>
        </w:trPr>
        <w:tc>
          <w:tcPr>
            <w:tcW w:type="dxa" w:w="9317"/>
          </w:tcPr>
          <w:p>
            <w:r>
              <w:rPr>
                <w:b/>
              </w:rPr>
              <w:t>How the season ends</w:t>
            </w:r>
          </w:p>
        </w:tc>
      </w:tr>
    </w:tbl>
    <w:p>
      <w:pPr>
        <w:spacing w:after="0" w:line="120" w:lineRule="exact"/>
      </w:pPr>
    </w:p>
    <w:p>
      <w:pPr>
        <w:pStyle w:val="Heading1"/>
        <w:pageBreakBefore/>
      </w:pPr>
      <w:r>
        <w:t>Beyond season one</w:t>
      </w:r>
    </w:p>
    <w:p>
      <w:r>
        <w:rPr>
          <w:b w:val="0"/>
          <w:i/>
          <w:color w:val="71717A"/>
        </w:rPr>
        <w:t>A few sentences for each later season, enough to show the idea keeps going.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17"/>
      </w:tblGrid>
      <w:tr>
        <w:trPr>
          <w:trHeight w:val="2880" w:hRule="atLeast"/>
          <w:cantSplit/>
        </w:trPr>
        <w:tc>
          <w:tcPr>
            <w:tcW w:type="dxa" w:w="9317"/>
          </w:tcPr>
          <w:p>
            <w:r>
              <w:rPr>
                <w:b/>
              </w:rPr>
              <w:t>Season two</w:t>
            </w:r>
          </w:p>
        </w:tc>
      </w:tr>
      <w:tr>
        <w:trPr>
          <w:trHeight w:val="2880" w:hRule="atLeast"/>
          <w:cantSplit/>
        </w:trPr>
        <w:tc>
          <w:tcPr>
            <w:tcW w:type="dxa" w:w="9317"/>
          </w:tcPr>
          <w:p>
            <w:r>
              <w:rPr>
                <w:b/>
              </w:rPr>
              <w:t>Season three</w:t>
            </w:r>
          </w:p>
        </w:tc>
      </w:tr>
      <w:tr>
        <w:trPr>
          <w:trHeight w:val="1872" w:hRule="atLeast"/>
          <w:cantSplit/>
        </w:trPr>
        <w:tc>
          <w:tcPr>
            <w:tcW w:type="dxa" w:w="9317"/>
          </w:tcPr>
          <w:p>
            <w:r>
              <w:rPr>
                <w:b/>
              </w:rPr>
              <w:t>Where the series could end</w:t>
            </w:r>
          </w:p>
        </w:tc>
      </w:tr>
    </w:tbl>
    <w:p>
      <w:pPr>
        <w:spacing w:after="0" w:line="120" w:lineRule="exact"/>
      </w:pPr>
    </w:p>
    <w:p>
      <w:pPr>
        <w:pStyle w:val="Heading1"/>
        <w:pageBreakBefore/>
      </w:pPr>
      <w:r>
        <w:t>Comparable shows and a note from you</w:t>
      </w:r>
    </w:p>
    <w:p>
      <w:r>
        <w:rPr>
          <w:b w:val="0"/>
          <w:i/>
          <w:color w:val="71717A"/>
        </w:rPr>
        <w:t>Optional. Leave this page out if it doesn't help.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61"/>
        <w:gridCol w:w="6056"/>
      </w:tblGrid>
      <w:tr>
        <w:tc>
          <w:tcPr>
            <w:tcW w:type="dxa" w:w="3261"/>
            <w:shd w:val="clear" w:color="auto" w:fill="F4F4F3"/>
          </w:tcPr>
          <w:p>
            <w:r>
              <w:rPr>
                <w:b/>
              </w:rPr>
              <w:t>Title and year</w:t>
            </w:r>
          </w:p>
        </w:tc>
        <w:tc>
          <w:tcPr>
            <w:tcW w:type="dxa" w:w="6056"/>
            <w:shd w:val="clear" w:color="auto" w:fill="F4F4F3"/>
          </w:tcPr>
          <w:p>
            <w:r>
              <w:rPr>
                <w:b/>
              </w:rPr>
              <w:t>What it shares with your show</w:t>
            </w:r>
          </w:p>
        </w:tc>
      </w:tr>
      <w:tr>
        <w:trPr>
          <w:trHeight w:val="720" w:hRule="atLeast"/>
        </w:trPr>
        <w:tc>
          <w:tcPr>
            <w:tcW w:type="dxa" w:w="3261"/>
          </w:tcPr>
          <w:p>
            <w:r/>
            <w:r>
              <w:rPr>
                <w:b/>
              </w:rPr>
            </w:r>
          </w:p>
        </w:tc>
        <w:tc>
          <w:tcPr>
            <w:tcW w:type="dxa" w:w="6056"/>
          </w:tcPr>
          <w:p>
            <w:r/>
            <w:r/>
          </w:p>
        </w:tc>
      </w:tr>
      <w:tr>
        <w:trPr>
          <w:trHeight w:val="720" w:hRule="atLeast"/>
        </w:trPr>
        <w:tc>
          <w:tcPr>
            <w:tcW w:type="dxa" w:w="3261"/>
          </w:tcPr>
          <w:p>
            <w:r/>
            <w:r>
              <w:rPr>
                <w:b/>
              </w:rPr>
            </w:r>
          </w:p>
        </w:tc>
        <w:tc>
          <w:tcPr>
            <w:tcW w:type="dxa" w:w="6056"/>
          </w:tcPr>
          <w:p>
            <w:r/>
            <w:r/>
          </w:p>
        </w:tc>
      </w:tr>
      <w:tr>
        <w:trPr>
          <w:trHeight w:val="720" w:hRule="atLeast"/>
        </w:trPr>
        <w:tc>
          <w:tcPr>
            <w:tcW w:type="dxa" w:w="3261"/>
          </w:tcPr>
          <w:p>
            <w:r/>
            <w:r>
              <w:rPr>
                <w:b/>
              </w:rPr>
            </w:r>
          </w:p>
        </w:tc>
        <w:tc>
          <w:tcPr>
            <w:tcW w:type="dxa" w:w="6056"/>
          </w:tcPr>
          <w:p>
            <w:r/>
            <w:r/>
          </w:p>
        </w:tc>
      </w:tr>
      <w:tr>
        <w:trPr>
          <w:trHeight w:val="720" w:hRule="atLeast"/>
        </w:trPr>
        <w:tc>
          <w:tcPr>
            <w:tcW w:type="dxa" w:w="3261"/>
          </w:tcPr>
          <w:p>
            <w:r/>
            <w:r>
              <w:rPr>
                <w:b/>
              </w:rPr>
            </w:r>
          </w:p>
        </w:tc>
        <w:tc>
          <w:tcPr>
            <w:tcW w:type="dxa" w:w="6056"/>
          </w:tcPr>
          <w:p>
            <w:r/>
            <w:r/>
          </w:p>
        </w:tc>
      </w:tr>
    </w:tbl>
    <w:p>
      <w:pPr>
        <w:spacing w:after="0" w:line="120" w:lineRule="exac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17"/>
      </w:tblGrid>
      <w:tr>
        <w:trPr>
          <w:trHeight w:val="3744" w:hRule="atLeast"/>
          <w:cantSplit/>
        </w:trPr>
        <w:tc>
          <w:tcPr>
            <w:tcW w:type="dxa" w:w="9317"/>
          </w:tcPr>
          <w:p>
            <w:r>
              <w:rPr>
                <w:b/>
              </w:rPr>
              <w:t>A note from the writer</w:t>
            </w:r>
          </w:p>
          <w:p>
            <w:r>
              <w:rPr>
                <w:i w:val="0"/>
                <w:color w:val="71717A"/>
                <w:sz w:val="17"/>
              </w:rPr>
              <w:t>Why this show, and why you.</w:t>
            </w:r>
          </w:p>
        </w:tc>
      </w:tr>
    </w:tbl>
    <w:p>
      <w:pPr>
        <w:spacing w:after="0" w:line="120" w:lineRule="exact"/>
      </w:pPr>
    </w:p>
    <w:sectPr w:rsidR="00FC693F" w:rsidRPr="0006063C" w:rsidSect="00034616">
      <w:footerReference w:type="default" r:id="rId9"/>
      <w:pgSz w:w="11909" w:h="16834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717A"/>
        <w:sz w:val="16"/>
      </w:rPr>
      <w:t>The full guide: scriptopus.com/series-bible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Georgia" w:hAnsi="Georgia"/>
      <w:b/>
      <w:bCs/>
      <w:color w:val="18181B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20"/>
      <w:outlineLvl w:val="1"/>
    </w:pPr>
    <w:rPr>
      <w:rFonts w:asciiTheme="majorHAnsi" w:eastAsiaTheme="majorEastAsia" w:hAnsiTheme="majorHAnsi" w:cstheme="majorBidi" w:ascii="Georgia" w:hAnsi="Georgia"/>
      <w:b/>
      <w:bCs/>
      <w:color w:val="047857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Georgia" w:hAnsi="Georgia"/>
      <w:b w:val="0"/>
      <w:color w:val="18181B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Series bible template</dc:title>
  <dc:subject/>
  <dc:creator>Scriptopus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