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Query letter template</w:t>
      </w:r>
    </w:p>
    <w:p>
      <w:r>
        <w:rPr>
          <w:b w:val="0"/>
          <w:i/>
          <w:color w:val="71717A"/>
        </w:rPr>
        <w:t>Fill each gap, then delete the labels and the grey notes. Keep the whole email under 200 words, and send it as plain text from your own address.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SUBJECT</w:t>
      </w:r>
    </w:p>
    <w:p>
      <w:pPr>
        <w:spacing w:after="40"/>
      </w:pPr>
      <w:r>
        <w:t>Query: [TITLE], a [pages]-page [genre or format]</w:t>
      </w:r>
    </w:p>
    <w:p>
      <w:r>
        <w:rPr>
          <w:b w:val="0"/>
          <w:i/>
          <w:color w:val="71717A"/>
        </w:rPr>
        <w:t>With a referral: Referred by [Name]: [TITLE], a [pages]-page [genre or format]. If their submissions page gives a subject line, use theirs word for word.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GREETING</w:t>
      </w:r>
    </w:p>
    <w:p>
      <w:pPr>
        <w:spacing w:after="40"/>
      </w:pPr>
      <w:r>
        <w:t>Dear [their name],</w:t>
      </w:r>
    </w:p>
    <w:p>
      <w:r>
        <w:rPr>
          <w:b w:val="0"/>
          <w:i/>
          <w:color w:val="71717A"/>
        </w:rPr>
        <w:t>Check the spelling, and that they still work there.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WHY THEM</w:t>
      </w:r>
    </w:p>
    <w:p>
      <w:pPr>
        <w:spacing w:after="40"/>
      </w:pPr>
      <w:r>
        <w:t>[One sentence: a client whose scripts are close to yours, a film they made, or something they have said they want to read.]</w:t>
      </w:r>
    </w:p>
    <w:p>
      <w:r>
        <w:rPr>
          <w:b w:val="0"/>
          <w:i/>
          <w:color w:val="71717A"/>
        </w:rPr>
        <w:t>True, and true of this person only. A referral goes here, by name.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LOGLINE</w:t>
      </w:r>
    </w:p>
    <w:p>
      <w:pPr>
        <w:spacing w:after="40"/>
      </w:pPr>
      <w:r>
        <w:t>[One sentence: who it is about, what happens, what they must do and what stands in the way.]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THE STORY</w:t>
      </w:r>
    </w:p>
    <w:p>
      <w:pPr>
        <w:spacing w:after="40"/>
      </w:pPr>
      <w:r>
        <w:t>[Two or three sentences on where it goes after the set-up, in the tone of the script.]</w:t>
      </w:r>
    </w:p>
    <w:p>
      <w:r>
        <w:rPr>
          <w:b w:val="0"/>
          <w:i/>
          <w:color w:val="71717A"/>
        </w:rPr>
        <w:t>Hold the ending back.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ABOUT YOU</w:t>
      </w:r>
    </w:p>
    <w:p>
      <w:pPr>
        <w:spacing w:after="40"/>
      </w:pPr>
      <w:r>
        <w:t>[One or two lines: what makes you the writer for this script, or a result chosen by someone outside your family.]</w:t>
      </w:r>
    </w:p>
    <w:p>
      <w:r>
        <w:rPr>
          <w:b w:val="0"/>
          <w:i/>
          <w:color w:val="71717A"/>
        </w:rPr>
        <w:t>Leave it out if there is nothing yet.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THE ASK</w:t>
      </w:r>
    </w:p>
    <w:p>
      <w:pPr>
        <w:spacing w:after="40"/>
      </w:pPr>
      <w:r>
        <w:t>Would you like to read [TITLE]? It's a finished [pages]-page [format], and I can send it today.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SIGN-OFF</w:t>
      </w:r>
    </w:p>
    <w:p>
      <w:pPr>
        <w:spacing w:after="40"/>
      </w:pPr>
      <w:r>
        <w:t>Best wishes,</w:t>
      </w:r>
      <w:r>
        <w:br/>
      </w:r>
      <w:r>
        <w:t>[Full name]</w:t>
      </w:r>
      <w:r>
        <w:br/>
      </w:r>
      <w:r>
        <w:t>[Email]</w:t>
      </w:r>
      <w:r>
        <w:br/>
      </w:r>
      <w:r>
        <w:t>[Phone]</w:t>
      </w:r>
    </w:p>
    <w:p>
      <w:pPr>
        <w:pStyle w:val="Heading1"/>
        <w:pageBreakBefore/>
      </w:pPr>
      <w:r>
        <w:t>Before you send</w:t>
      </w:r>
    </w:p>
    <w:p>
      <w:r>
        <w:rPr>
          <w:b w:val="0"/>
          <w:i w:val="0"/>
        </w:rPr>
        <w:t>☐  I've read their submissions page, and done what it asks.</w:t>
      </w:r>
    </w:p>
    <w:p>
      <w:r>
        <w:rPr>
          <w:b w:val="0"/>
          <w:i w:val="0"/>
        </w:rPr>
        <w:t>☐  Their name and company are spelled right, and they still work there.</w:t>
      </w:r>
    </w:p>
    <w:p>
      <w:r>
        <w:rPr>
          <w:b w:val="0"/>
          <w:i w:val="0"/>
        </w:rPr>
        <w:t>☐  It's under 200 words.</w:t>
      </w:r>
    </w:p>
    <w:p>
      <w:r>
        <w:rPr>
          <w:b w:val="0"/>
          <w:i w:val="0"/>
        </w:rPr>
        <w:t>☐  It offers one script, with no attachments or links.</w:t>
      </w:r>
    </w:p>
    <w:p>
      <w:r>
        <w:rPr>
          <w:b w:val="0"/>
          <w:i w:val="0"/>
        </w:rPr>
        <w:t>☐  It goes to one person, from my own address.</w:t>
      </w:r>
    </w:p>
    <w:p>
      <w:r>
        <w:rPr>
          <w:b w:val="0"/>
          <w:i w:val="0"/>
        </w:rPr>
        <w:t>☐  It's logged in the tracker.</w:t>
      </w:r>
    </w:p>
    <w:p>
      <w:pPr>
        <w:pStyle w:val="Heading1"/>
      </w:pPr>
      <w:r>
        <w:t>An example: the Low Tide query</w:t>
      </w:r>
    </w:p>
    <w:p>
      <w:r>
        <w:rPr>
          <w:b w:val="0"/>
          <w:i/>
          <w:color w:val="71717A"/>
        </w:rPr>
        <w:t>A query for the sample project in Scriptopus, sent to a manager invented for the guide. About 175 words.</w:t>
      </w:r>
    </w:p>
    <w:p>
      <w:r>
        <w:rPr>
          <w:b/>
        </w:rPr>
        <w:t xml:space="preserve">Subject: </w:t>
      </w:r>
      <w:r>
        <w:t>Query: LOW TIDE, a 12-page drama</w:t>
      </w:r>
    </w:p>
    <w:p>
      <w:r>
        <w:t>Dear Mr Moreau,</w:t>
      </w:r>
    </w:p>
    <w:p>
      <w:r>
        <w:t xml:space="preserve">I watched </w:t>
      </w:r>
      <w:r>
        <w:rPr>
          <w:i/>
        </w:rPr>
        <w:t>Two Rooms in Hull</w:t>
      </w:r>
      <w:r>
        <w:t xml:space="preserve"> twice in one week, and when I found out that you manage both of its writers, you went to the top of my list.</w:t>
      </w:r>
    </w:p>
    <w:p>
      <w:r>
        <w:t>On the day her late mother's cottage is sold, a sound recordist who listens to empty rooms for a living goes back to record it one last time, and finds the father she has refused to hear for thirteen years already inside.</w:t>
      </w:r>
    </w:p>
    <w:p>
      <w:r>
        <w:t>Over one afternoon of packing, Mara's old argument with her father about her mother's illness breaks open on the beach at low tide. Then a locked drawer gives up a dozen cassettes her mother recorded before she died, and the first one changes who Mara thinks the villain of her story is.</w:t>
      </w:r>
    </w:p>
    <w:p>
      <w:r>
        <w:t>I've spent ten years as a dialogue editor on other people's films, which is where Mara's job and her ear came from. I'm now writing a feature set on the same stretch of coast.</w:t>
      </w:r>
    </w:p>
    <w:p>
      <w:r>
        <w:t>Would you like to read LOW TIDE? It's a finished 12-page script, and I can send it today.</w:t>
      </w:r>
    </w:p>
    <w:p>
      <w:r>
        <w:t>Best wishes,</w:t>
      </w:r>
      <w:r>
        <w:br/>
      </w:r>
      <w:r>
        <w:t>Anna Kessler</w:t>
      </w:r>
      <w:r>
        <w:br/>
      </w:r>
      <w:r>
        <w:t>anna.kessler@example.com</w:t>
      </w:r>
      <w:r>
        <w:br/>
      </w:r>
      <w:r>
        <w:t>+44 7700 900123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scriptopus.com/screenwriting-query-letter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Query letter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