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Pitch deck outline</w:t>
      </w:r>
    </w:p>
    <w:p>
      <w:pPr>
        <w:spacing w:after="40"/>
      </w:pPr>
      <w:r>
        <w:rPr>
          <w:b/>
          <w:i w:val="0"/>
        </w:rPr>
        <w:t>Title:</w:t>
      </w:r>
    </w:p>
    <w:p>
      <w:r>
        <w:rPr>
          <w:b w:val="0"/>
          <w:i/>
          <w:color w:val="71717A"/>
        </w:rPr>
        <w:t>Draft the words here before you design anything. One block for each slide of the template.</w:t>
      </w:r>
    </w:p>
    <w:p>
      <w:pPr>
        <w:pStyle w:val="Heading1"/>
        <w:keepNext/>
      </w:pPr>
      <w:r>
        <w:t>1. Title</w:t>
      </w:r>
    </w:p>
    <w:p>
      <w:r>
        <w:rPr>
          <w:b w:val="0"/>
          <w:i/>
          <w:color w:val="71717A"/>
          <w:sz w:val="19"/>
        </w:rPr>
        <w:t>Purpose: Set the mood and say what it is.</w:t>
      </w:r>
    </w:p>
    <w:p>
      <w:r>
        <w:rPr>
          <w:b w:val="0"/>
          <w:i w:val="0"/>
          <w:sz w:val="19"/>
        </w:rPr>
        <w:t>What to put there: The title, the format and the running time, and your name, over one image that sets the mood.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2. Logline</w:t>
      </w:r>
    </w:p>
    <w:p>
      <w:r>
        <w:rPr>
          <w:b w:val="0"/>
          <w:i/>
          <w:color w:val="71717A"/>
          <w:sz w:val="19"/>
        </w:rPr>
        <w:t>Purpose: The story in one sentence.</w:t>
      </w:r>
    </w:p>
    <w:p>
      <w:r>
        <w:rPr>
          <w:b w:val="0"/>
          <w:i w:val="0"/>
          <w:sz w:val="19"/>
        </w:rPr>
        <w:t>What to put there: The logline alone, in large type.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3. Why this, and why you</w:t>
      </w:r>
    </w:p>
    <w:p>
      <w:r>
        <w:rPr>
          <w:b w:val="0"/>
          <w:i/>
          <w:color w:val="71717A"/>
          <w:sz w:val="19"/>
        </w:rPr>
        <w:t>Purpose: Show why the story belongs to you.</w:t>
      </w:r>
    </w:p>
    <w:p>
      <w:r>
        <w:rPr>
          <w:b w:val="0"/>
          <w:i w:val="0"/>
          <w:sz w:val="19"/>
        </w:rPr>
        <w:t>What to put there: Three or four lines in your own voice: what drew you to it, what you bring to it, and why now, if that applies.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4. Story</w:t>
      </w:r>
    </w:p>
    <w:p>
      <w:r>
        <w:rPr>
          <w:b w:val="0"/>
          <w:i/>
          <w:color w:val="71717A"/>
          <w:sz w:val="19"/>
        </w:rPr>
        <w:t>Purpose: Say what happens.</w:t>
      </w:r>
    </w:p>
    <w:p>
      <w:r>
        <w:rPr>
          <w:b w:val="0"/>
          <w:i w:val="0"/>
          <w:sz w:val="19"/>
        </w:rPr>
        <w:t>What to put there: One to three short paragraphs. Give the ending if the deck will be read on its own.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5. Characters</w:t>
      </w:r>
    </w:p>
    <w:p>
      <w:r>
        <w:rPr>
          <w:b w:val="0"/>
          <w:i/>
          <w:color w:val="71717A"/>
          <w:sz w:val="19"/>
        </w:rPr>
        <w:t>Purpose: Who the story is about, and what they want.</w:t>
      </w:r>
    </w:p>
    <w:p>
      <w:r>
        <w:rPr>
          <w:b w:val="0"/>
          <w:i w:val="0"/>
          <w:sz w:val="19"/>
        </w:rPr>
        <w:t>What to put there: The lead and two or three others, a line each, with an image of a type rather than an actor.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6. World</w:t>
      </w:r>
    </w:p>
    <w:p>
      <w:r>
        <w:rPr>
          <w:b w:val="0"/>
          <w:i/>
          <w:color w:val="71717A"/>
          <w:sz w:val="19"/>
        </w:rPr>
        <w:t>Purpose: Where and when, and what the place does to people.</w:t>
      </w:r>
    </w:p>
    <w:p>
      <w:r>
        <w:rPr>
          <w:b w:val="0"/>
          <w:i w:val="0"/>
          <w:sz w:val="19"/>
        </w:rPr>
        <w:t>What to put there: Two or three lines and one large image.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7. Look and tone</w:t>
      </w:r>
    </w:p>
    <w:p>
      <w:r>
        <w:rPr>
          <w:b w:val="0"/>
          <w:i/>
          <w:color w:val="71717A"/>
          <w:sz w:val="19"/>
        </w:rPr>
        <w:t>Purpose: How it will look and feel.</w:t>
      </w:r>
    </w:p>
    <w:p>
      <w:r>
        <w:rPr>
          <w:b w:val="0"/>
          <w:i w:val="0"/>
          <w:sz w:val="19"/>
        </w:rPr>
        <w:t>What to put there: Four to six images, each with a line on what it stands for. Mark film stills as references.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8. Comparable titles</w:t>
      </w:r>
    </w:p>
    <w:p>
      <w:r>
        <w:rPr>
          <w:b w:val="0"/>
          <w:i/>
          <w:color w:val="71717A"/>
          <w:sz w:val="19"/>
        </w:rPr>
        <w:t>Purpose: Show where the project belongs.</w:t>
      </w:r>
    </w:p>
    <w:p>
      <w:r>
        <w:rPr>
          <w:b w:val="0"/>
          <w:i w:val="0"/>
          <w:sz w:val="19"/>
        </w:rPr>
        <w:t>What to put there: Two to four recent titles of a similar scale, each with what it shares with yours.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9. The engine, or what makes it particular</w:t>
      </w:r>
    </w:p>
    <w:p>
      <w:r>
        <w:rPr>
          <w:b w:val="0"/>
          <w:i/>
          <w:color w:val="71717A"/>
          <w:sz w:val="19"/>
        </w:rPr>
        <w:t>Purpose: For a series, how it keeps going; for a film, what makes it particular.</w:t>
      </w:r>
    </w:p>
    <w:p>
      <w:r>
        <w:rPr>
          <w:b w:val="0"/>
          <w:i w:val="0"/>
          <w:sz w:val="19"/>
        </w:rPr>
        <w:t>What to put there: A series: how an episode works, and where season one goes. A film: a key sequence, the music or the sound.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10. Team</w:t>
      </w:r>
    </w:p>
    <w:p>
      <w:r>
        <w:rPr>
          <w:b w:val="0"/>
          <w:i/>
          <w:color w:val="71717A"/>
          <w:sz w:val="19"/>
        </w:rPr>
        <w:t>Purpose: Who is making it.</w:t>
      </w:r>
    </w:p>
    <w:p>
      <w:r>
        <w:rPr>
          <w:b w:val="0"/>
          <w:i w:val="0"/>
          <w:sz w:val="19"/>
        </w:rPr>
        <w:t>What to put there: Everyone attached, with a photograph, a role and a best credit. On your own, a short bio.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11. Where it stands</w:t>
      </w:r>
    </w:p>
    <w:p>
      <w:r>
        <w:rPr>
          <w:b w:val="0"/>
          <w:i/>
          <w:color w:val="71717A"/>
          <w:sz w:val="19"/>
        </w:rPr>
        <w:t>Purpose: Where the project is, and what you're asking for.</w:t>
      </w:r>
    </w:p>
    <w:p>
      <w:r>
        <w:rPr>
          <w:b w:val="0"/>
          <w:i w:val="0"/>
          <w:sz w:val="19"/>
        </w:rPr>
        <w:t>What to put there: The draft, the rights, anyone attached and what you're looking for. A producer's version adds the budget range, money raised so far and the audience plan.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  <w:keepNext/>
      </w:pPr>
      <w:r>
        <w:t>12. Contact</w:t>
      </w:r>
    </w:p>
    <w:p>
      <w:r>
        <w:rPr>
          <w:b w:val="0"/>
          <w:i/>
          <w:color w:val="71717A"/>
          <w:sz w:val="19"/>
        </w:rPr>
        <w:t>Purpose: How to reach you.</w:t>
      </w:r>
    </w:p>
    <w:p>
      <w:r>
        <w:rPr>
          <w:b w:val="0"/>
          <w:i w:val="0"/>
          <w:sz w:val="19"/>
        </w:rPr>
        <w:t>What to put there: Names, email and phone, with the title image again.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7"/>
      </w:tblGrid>
      <w:tr>
        <w:trPr>
          <w:trHeight w:val="1440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Your words</w:t>
            </w:r>
          </w:p>
        </w:tc>
      </w:tr>
      <w:tr>
        <w:trPr>
          <w:trHeight w:val="864" w:hRule="atLeast"/>
          <w:cantSplit/>
        </w:trPr>
        <w:tc>
          <w:tcPr>
            <w:tcW w:type="dxa" w:w="9317"/>
          </w:tcPr>
          <w:p>
            <w:r>
              <w:rPr>
                <w:b/>
              </w:rPr>
              <w:t>Images</w:t>
            </w:r>
          </w:p>
          <w:p>
            <w:r>
              <w:rPr>
                <w:i w:val="0"/>
                <w:color w:val="71717A"/>
                <w:sz w:val="17"/>
              </w:rPr>
              <w:t>Where each one comes from: your own, licensed, public domain, or a reference only.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Before it goes out</w:t>
      </w:r>
    </w:p>
    <w:p>
      <w:r>
        <w:rPr>
          <w:b w:val="0"/>
          <w:i w:val="0"/>
        </w:rPr>
        <w:t>☐  The text on every slide is short enough to read across a table.</w:t>
      </w:r>
    </w:p>
    <w:p>
      <w:r>
        <w:rPr>
          <w:b w:val="0"/>
          <w:i w:val="0"/>
        </w:rPr>
        <w:t>☐  The ending is in, if the deck will be read without you.</w:t>
      </w:r>
    </w:p>
    <w:p>
      <w:r>
        <w:rPr>
          <w:b w:val="0"/>
          <w:i w:val="0"/>
        </w:rPr>
        <w:t>☐  The comparable titles are recent, and of a similar scale.</w:t>
      </w:r>
    </w:p>
    <w:p>
      <w:r>
        <w:rPr>
          <w:b w:val="0"/>
          <w:i w:val="0"/>
        </w:rPr>
        <w:t>☐  Every image is your own, licensed or public domain, or marked as a reference.</w:t>
      </w:r>
    </w:p>
    <w:p>
      <w:r>
        <w:rPr>
          <w:b w:val="0"/>
          <w:i w:val="0"/>
        </w:rPr>
        <w:t>☐  Your contact details are on the last slide.</w:t>
      </w:r>
    </w:p>
    <w:p>
      <w:r>
        <w:rPr>
          <w:b w:val="0"/>
          <w:i w:val="0"/>
        </w:rPr>
        <w:t>☐  It goes out as a PDF.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scriptopus.com/film-pitch-deck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Pitch deck outline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